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אומנותיים וסיפור המחרוזת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אומנותיים מרכזיים כמו דימוי, מטאפורה והנפשה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עלילת הסיפור 'המחרוזת' מאת גי דה מופאסן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אירוניה וניגוד בטקסט ספרותי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אמצעים אומנותיים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פער בין הציפייה למציאות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גי דה מופאסן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כדי ללכת לנשף מכובד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שהשרשרת המקורית הייתה מזויפת וזולה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הסיפור מתרחש בצרפת של המאה ה-19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מתפתחת העלילה המרכזית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המקובלת של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ההגדרה של הנפשה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הסוף מפתיע ומריר, היא התייגעה והזדקנה לשווא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שרשרת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מופאסן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אירוניה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המונח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(השוואה עם מילת קישור כמו כמו)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(השוואה סמויה בלי מילת קישור)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(תיאור חפץ כאילו הוא חי)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(הצגת שני הפכים זה מול 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(פער בין הציפייה לתוצאה בפועל)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מתילד ובעלה עמלים שנים כדי לשלם על שרשרת יקרה, ובסוף מתברר שהשרשרת המקורית הייתה מזויפת וזולה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דימוי: היא יפה כמו פרח. מטאפורה: היא פרח 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ביטוי אמיתי של רגשות, קשר לעלילת הסיפור, ושימוש באמצעי אומנותי אחד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משתמש במילת קישור, מטאפורה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גי דה מופאסן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פער בין הציפייה למציאות, למשל השרשרת המזויפת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בקריאת תקציר קצר של הסיפור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המונחים באמצעי אומנותי בעזרת דוגמאות מהלוח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 mc ו-tf בלבד ולוותר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אמצעים אומנותיים וסיפור המחרוזת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אמצעים אומנותיים בסיפורים, ונתרגל שאלות על הסיפור 'המחרוזת'.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גלויה בעזרת מילים כמו כמו או כאילו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מטאפורה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סמויה בלי מילת קישור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הנפשה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חפץ או דבר דומם כאילו הוא חי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ניגוד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שני דברים הפוכים זה מזה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אירוניה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פער בין מה שמצפים לו למה שקורה בפועל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שימוש חוזר באותה מילה או צליל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רצף האירועים המספרים את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הפועל ומתפתח בתוך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אמצעים אומנותיים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אמצעי משתמש במילה 'כמו'?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אירוניה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פער בין הציפייה למציאות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השוואה גלויה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חפץ כאילו הוא 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הסופר של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גי דה מופאסן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ויקטור הוגו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אלבר קאמי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אמיל זולא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מתילד צריכה שרשרת?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ללכת לנשף מכובד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למכור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לתת במתנה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לאבד אותה בכוונה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בסוף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שהשרשרת המקורית הייתה מזויפת וזולה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שמתילד הפכה לעשירה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שהחברה מחזירה את הכסף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שהשרשרת נגנבה מהבית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'המחרוזת' מתרחש בישראל של ימינו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מתילד ובעלה משלמים חוב כבד במשך שנים כדי לכסות על אובדן השרשרת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הוא השוואה גלויה בעזרת מילת קישור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הנפשה היא מתן תכונות של אדם לדבר דומם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סוף הסיפור שמח וחגיגי עבור מתילד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משווים בין שני דברים בלי מילת קישור, זהו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רצף האירועים המספרים את הסיפור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מתילד מאבדת את ה__________ שקיבלה בהשאלה מחברתה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הסופר שכתב את 'המחרוזת' נקרא גי דה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כאשר יש פער בין הציפייה למציאות בסיפור, קוראים לכך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המונח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הצגת שני הפכים זה מול 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פער בין הציפייה לתוצאה בפועל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הנפשה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השוואה עם מילת קישור כמו כמו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השוואה סמויה בלי מילת קישור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אירוניה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תיאור חפץ כאילו הוא חי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מהי האירוניה המרכזית בסיפור 'המחרוזת'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אחת לדימוי ואחת למטאפורה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איך הייתם מרגישים במקום מתילד כשגיליתם שהשרשרת המקורית הייתה מזויפת?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דימוי למטאפורה?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כתב את הסיפור 'המחרוזת'?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אירוניה וכיצד היא באה לידי ביטוי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אמצעים אומנותיים וסיפור המחרוזת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